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Position statement template</w:t>
      </w:r>
    </w:p>
    <w:p>
      <w:r>
        <w:rPr>
          <w:i/>
        </w:rPr>
        <w:t>A short summary of your position for one family court hearing, to fill in and adapt.</w:t>
      </w:r>
    </w:p>
    <w:p>
      <w:r>
        <w:rPr>
          <w:b/>
          <w:color w:val="555555"/>
          <w:sz w:val="18"/>
        </w:rPr>
        <w:t xml:space="preserve">Information, not legal advice. </w:t>
      </w:r>
      <w:r>
        <w:rPr>
          <w:color w:val="555555"/>
          <w:sz w:val="18"/>
        </w:rPr>
        <w:t>This is an example to adapt, not legal advice. It explains how things generally work in England &amp; Wales. Check the official sources and get advice from a solicitor or a regulated service for your own situation.</w:t>
      </w:r>
    </w:p>
    <w:p/>
    <w:p>
      <w:r>
        <w:rPr>
          <w:b/>
        </w:rPr>
        <w:t>A position statement is your position, not your evidence. Evidence (what happened, and proof) goes in a separate witness statement. Keep this short, ideally one or two sides of A4, in plain English, and focused on what is best for the children. Get advice on your own situation.</w:t>
      </w:r>
    </w:p>
    <w:p/>
    <w:p>
      <w:pPr>
        <w:pStyle w:val="Heading1"/>
      </w:pPr>
      <w:r>
        <w:t>How to use this</w:t>
      </w:r>
    </w:p>
    <w:p>
      <w:pPr>
        <w:pStyle w:val="ListBullet"/>
      </w:pPr>
      <w:r>
        <w:t>Prepare one for each hearing. Send it to the court and the other parent so they have it by at least 11am the day before. The court's family email is on its website; put your name and the case number in the subject line. Take spare copies for the judge, the other parent and the Cafcass officer.</w:t>
      </w:r>
    </w:p>
    <w:p>
      <w:pPr>
        <w:pStyle w:val="ListBullet"/>
      </w:pPr>
      <w:r>
        <w:t>Number your paragraphs, use plain English (no legalese), and keep it to one or two sides of A4. The judge will often ask you to expand on a point, so it does not need to be exhaustive.</w:t>
      </w:r>
    </w:p>
    <w:p>
      <w:pPr>
        <w:pStyle w:val="ListBullet"/>
      </w:pPr>
      <w:r>
        <w:t>Keep the welfare checklist in mind: the court decides on what is best for the children. Stay child-focused, factual and calm. This is not the place for a list of complaints about the other parent.</w:t>
      </w:r>
    </w:p>
    <w:p>
      <w:pPr>
        <w:pStyle w:val="ListBullet"/>
      </w:pPr>
      <w:r>
        <w:t>If the court has directed you to file one, send it by the date on the order.</w:t>
      </w:r>
    </w:p>
    <w:p/>
    <w:p>
      <w:pPr>
        <w:pStyle w:val="Heading1"/>
      </w:pPr>
      <w:r>
        <w:t>Heading (put this at the top)</w:t>
      </w:r>
    </w:p>
    <w:p>
      <w:r>
        <w:t>In the Family Court sitting at [court]</w:t>
      </w:r>
    </w:p>
    <w:p>
      <w:r>
        <w:t>Case number: [number]</w:t>
      </w:r>
    </w:p>
    <w:p>
      <w:r>
        <w:t>In the matter of [child's name, born dd/mm/yyyy]</w:t>
      </w:r>
    </w:p>
    <w:p>
      <w:r>
        <w:t>Applicant: [name].   Respondent: [name].</w:t>
      </w:r>
    </w:p>
    <w:p>
      <w:r>
        <w:rPr>
          <w:b/>
        </w:rPr>
        <w:t>Position statement of the [Applicant / Respondent], [your name], for the hearing on [date] at [time]</w:t>
      </w:r>
    </w:p>
    <w:p>
      <w:pPr>
        <w:pStyle w:val="Heading1"/>
      </w:pPr>
      <w:r>
        <w:t>My position</w:t>
      </w:r>
    </w:p>
    <w:p>
      <w:r>
        <w:t>This matter is listed for a [First Hearing Dispute Resolution Appointment (FHDRA) / Dispute Resolution Appointment / final hearing] about arrangements for our child(ren).</w:t>
      </w:r>
    </w:p>
    <w:p>
      <w:r>
        <w:t>I am the [Applicant / Respondent] and [child]'s [father / mother]. My position for this hearing is as follows:</w:t>
      </w:r>
    </w:p>
    <w:p>
      <w:pPr>
        <w:pStyle w:val="ListNumber"/>
      </w:pPr>
      <w:r>
        <w:t>[What has brought this to court, or what has happened since the last hearing: for example directions you have complied with, documents sent or received, and anything still outstanding.]</w:t>
      </w:r>
    </w:p>
    <w:p>
      <w:pPr>
        <w:pStyle w:val="ListNumber"/>
      </w:pPr>
      <w:r>
        <w:t>[How things stand now, kept short and factual: for example how the current arrangements or time with the children are going.]</w:t>
      </w:r>
    </w:p>
    <w:p>
      <w:pPr>
        <w:pStyle w:val="ListNumber"/>
      </w:pPr>
      <w:r>
        <w:t>[Any concerns, put briefly and calmly, and focused on the children's welfare rather than on the other parent.]</w:t>
      </w:r>
    </w:p>
    <w:p>
      <w:pPr>
        <w:pStyle w:val="ListNumber"/>
      </w:pPr>
      <w:r>
        <w:t>[Any directions you would like the court to make: for example permission to file a witness statement, or for a particular document to be obtained.]</w:t>
      </w:r>
    </w:p>
    <w:p>
      <w:pPr>
        <w:pStyle w:val="ListNumber"/>
      </w:pPr>
      <w:r>
        <w:t>[If you need to rely on evidence, ask the court's permission to file a witness statement here. Do not put the evidence itself in this position statement.]</w:t>
      </w:r>
    </w:p>
    <w:p>
      <w:pPr>
        <w:pStyle w:val="Heading1"/>
      </w:pPr>
      <w:r>
        <w:t>What I am asking the court for</w:t>
      </w:r>
    </w:p>
    <w:p>
      <w:r>
        <w:t>[Set out the outcome you want, precisely and realistically. For example: that the children live with their mother and spend alternate weekends with me, from after school on Friday to Sunday evening, plus half of all school holidays and a midweek video call on [day].]</w:t>
      </w:r>
    </w:p>
    <w:p>
      <w:pPr>
        <w:pStyle w:val="Heading1"/>
      </w:pPr>
      <w:r>
        <w:t>Signed</w:t>
      </w:r>
    </w:p>
    <w:p>
      <w:r>
        <w:t>[Your name] ____________________   Date: ____________</w:t>
      </w:r>
    </w:p>
    <w:p/>
    <w:p>
      <w:r>
        <w:rPr>
          <w:i/>
          <w:color w:val="555555"/>
          <w:sz w:val="18"/>
        </w:rPr>
        <w:t>Last reviewed: 9 June 2026. Check the official links for the current process, forms and fees before you rely on anything here.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